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4" w:type="dxa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5328"/>
      </w:tblGrid>
      <w:tr>
        <w:tc>
          <w:tcPr>
            <w:tcW w:type="dxa" w:w="4896"/>
          </w:tcPr>
          <w:p>
            <w:r/>
            <w:r>
              <w:rPr>
                <w:b/>
                <w:sz w:val="28"/>
              </w:rPr>
              <w:t>Your Business Name</w:t>
            </w:r>
          </w:p>
          <w:p>
            <w:pPr>
              <w:spacing w:after="0"/>
            </w:pPr>
            <w:r>
              <w:t>123 Main Street</w:t>
            </w:r>
          </w:p>
          <w:p>
            <w:pPr>
              <w:spacing w:after="0"/>
            </w:pPr>
            <w:r>
              <w:t>City, State ZIP</w:t>
            </w:r>
          </w:p>
          <w:p>
            <w:pPr>
              <w:spacing w:after="0"/>
            </w:pPr>
            <w:r>
              <w:t>(555) 010-0000</w:t>
            </w:r>
          </w:p>
          <w:p>
            <w:pPr>
              <w:spacing w:after="0"/>
            </w:pPr>
            <w:r>
              <w:t>you@yourbusiness.com</w:t>
            </w:r>
          </w:p>
        </w:tc>
        <w:tc>
          <w:tcPr>
            <w:tcW w:type="dxa" w:w="5328"/>
          </w:tcPr>
          <w:p>
            <w:pPr>
              <w:jc w:val="right"/>
            </w:pPr>
            <w:r/>
            <w:r>
              <w:rPr>
                <w:b/>
                <w:color w:val="217346"/>
                <w:sz w:val="48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b/>
              </w:rPr>
              <w:t xml:space="preserve">Invoice #: </w:t>
            </w:r>
            <w:r>
              <w:t>INV-1042</w:t>
            </w:r>
          </w:p>
          <w:p>
            <w:pPr>
              <w:spacing w:after="0"/>
              <w:jc w:val="right"/>
            </w:pPr>
            <w:r>
              <w:rPr>
                <w:b/>
              </w:rPr>
              <w:t xml:space="preserve">Invoice date: </w:t>
            </w:r>
            <w:r>
              <w:t>2026-10-31</w:t>
            </w:r>
          </w:p>
          <w:p>
            <w:pPr>
              <w:spacing w:after="0"/>
              <w:jc w:val="right"/>
            </w:pPr>
            <w:r>
              <w:rPr>
                <w:b/>
              </w:rPr>
              <w:t xml:space="preserve">Due date: </w:t>
            </w:r>
            <w:r>
              <w:t>2026-11-30</w:t>
            </w:r>
          </w:p>
        </w:tc>
      </w:tr>
    </w:tbl>
    <w:p/>
    <w:p>
      <w:pPr>
        <w:spacing w:after="40"/>
      </w:pPr>
      <w:r>
        <w:rPr>
          <w:b/>
          <w:color w:val="217346"/>
        </w:rPr>
        <w:t>BILL TO</w:t>
      </w:r>
    </w:p>
    <w:p>
      <w:pPr>
        <w:spacing w:after="0"/>
      </w:pPr>
      <w:r>
        <w:t>Client Name</w:t>
      </w:r>
    </w:p>
    <w:p>
      <w:pPr>
        <w:spacing w:after="0"/>
      </w:pPr>
      <w:r>
        <w:t>Client Company</w:t>
      </w:r>
    </w:p>
    <w:p>
      <w:pPr>
        <w:spacing w:after="0"/>
      </w:pPr>
      <w:r>
        <w:t>456 Client Avenue</w:t>
      </w:r>
    </w:p>
    <w:p>
      <w:pPr>
        <w:spacing w:after="0"/>
      </w:pPr>
      <w:r>
        <w:t>City, State ZIP</w:t>
      </w:r>
    </w:p>
    <w:p>
      <w:pPr>
        <w:spacing w:after="0"/>
      </w:pPr>
      <w:r>
        <w:t>client@example.com</w:t>
      </w:r>
    </w:p>
    <w:p/>
    <w:tbl>
      <w:tblPr>
        <w:tblW w:w="10223" w:type="dxa"/>
        <w:jc w:val="center"/>
        <w:tblBorders>
          <w:top w:val="single" w:sz="4" w:color="C1C7D0"/>
          <w:left w:val="single" w:sz="4" w:color="C1C7D0"/>
          <w:bottom w:val="single" w:sz="4" w:color="C1C7D0"/>
          <w:right w:val="single" w:sz="4" w:color="C1C7D0"/>
          <w:insideH w:val="single" w:sz="4" w:color="C1C7D0"/>
          <w:insideV w:val="single" w:sz="4" w:color="C1C7D0"/>
        </w:tblBorders>
        <w:tblLayout w:type="fixed"/>
        <w:tblLook w:firstColumn="1" w:firstRow="1" w:lastColumn="0" w:lastRow="0" w:noHBand="0" w:noVBand="1" w:val="04A0"/>
      </w:tblPr>
      <w:tblGrid>
        <w:gridCol w:w="1148"/>
        <w:gridCol w:w="4135"/>
        <w:gridCol w:w="919"/>
        <w:gridCol w:w="1378"/>
        <w:gridCol w:w="1033"/>
        <w:gridCol w:w="1608"/>
      </w:tblGrid>
      <w:tr>
        <w:tc>
          <w:tcPr>
            <w:tcW w:type="dxa" w:w="1149"/>
            <w:shd w:val="clear" w:color="auto" w:fill="217346"/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Item #</w:t>
            </w:r>
          </w:p>
        </w:tc>
        <w:tc>
          <w:tcPr>
            <w:tcW w:type="dxa" w:w="4136"/>
            <w:shd w:val="clear" w:color="auto" w:fill="217346"/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919"/>
            <w:shd w:val="clear" w:color="auto" w:fill="217346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379"/>
            <w:shd w:val="clear" w:color="auto" w:fill="217346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034"/>
            <w:shd w:val="clear" w:color="auto" w:fill="217346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8"/>
              </w:rPr>
              <w:t>Disc. %</w:t>
            </w:r>
          </w:p>
        </w:tc>
        <w:tc>
          <w:tcPr>
            <w:tcW w:type="dxa" w:w="1608"/>
            <w:shd w:val="clear" w:color="auto" w:fill="217346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SKU-101</w:t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Wireless keyboard</w:t>
            </w:r>
          </w:p>
        </w:tc>
        <w:tc>
          <w:tcPr>
            <w:tcW w:type="dxa" w:w="919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379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$39.99</w:t>
            </w:r>
          </w:p>
        </w:tc>
        <w:tc>
          <w:tcPr>
            <w:tcW w:type="dxa" w:w="1034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0%</w:t>
            </w:r>
          </w:p>
        </w:tc>
        <w:tc>
          <w:tcPr>
            <w:tcW w:type="dxa" w:w="1608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$159.96</w:t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SKU-204</w:t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27-inch monitor</w:t>
            </w:r>
          </w:p>
        </w:tc>
        <w:tc>
          <w:tcPr>
            <w:tcW w:type="dxa" w:w="919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379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$219.00</w:t>
            </w:r>
          </w:p>
        </w:tc>
        <w:tc>
          <w:tcPr>
            <w:tcW w:type="dxa" w:w="1034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5%</w:t>
            </w:r>
          </w:p>
        </w:tc>
        <w:tc>
          <w:tcPr>
            <w:tcW w:type="dxa" w:w="1608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$416.10</w:t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SKU-310</w:t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USB-C docking station</w:t>
            </w:r>
          </w:p>
        </w:tc>
        <w:tc>
          <w:tcPr>
            <w:tcW w:type="dxa" w:w="919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379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$129.50</w:t>
            </w:r>
          </w:p>
        </w:tc>
        <w:tc>
          <w:tcPr>
            <w:tcW w:type="dxa" w:w="1034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0%</w:t>
            </w:r>
          </w:p>
        </w:tc>
        <w:tc>
          <w:tcPr>
            <w:tcW w:type="dxa" w:w="1608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$259.00</w:t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SVC-01</w:t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On-site setup (hours)</w:t>
            </w:r>
          </w:p>
        </w:tc>
        <w:tc>
          <w:tcPr>
            <w:tcW w:type="dxa" w:w="919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379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$65.00</w:t>
            </w:r>
          </w:p>
        </w:tc>
        <w:tc>
          <w:tcPr>
            <w:tcW w:type="dxa" w:w="1034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0%</w:t>
            </w:r>
          </w:p>
        </w:tc>
        <w:tc>
          <w:tcPr>
            <w:tcW w:type="dxa" w:w="1608"/>
          </w:tcPr>
          <w:p>
            <w:pPr>
              <w:spacing w:after="0"/>
              <w:jc w:val="right"/>
            </w:pPr>
            <w:r/>
            <w:r>
              <w:rPr>
                <w:b w:val="0"/>
                <w:sz w:val="18"/>
              </w:rPr>
              <w:t>$195.00</w:t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91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37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08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91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37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08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91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37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08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91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37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08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91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37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08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91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37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08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91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37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08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14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4136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91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379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034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608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w="5040" w:type="dxa"/>
        <w:jc w:val="right"/>
        <w:tblLayout w:type="fixed"/>
        <w:tblLook w:firstColumn="1" w:firstRow="1" w:lastColumn="0" w:lastRow="0" w:noHBand="0" w:noVBand="1" w:val="04A0"/>
      </w:tblPr>
      <w:tblGrid>
        <w:gridCol w:w="3024"/>
        <w:gridCol w:w="2015"/>
      </w:tblGrid>
      <w:tr>
        <w:tc>
          <w:tcPr>
            <w:tcW w:type="dxa" w:w="3024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sz w:val="20"/>
              </w:rPr>
              <w:t>$1,030.06</w:t>
            </w:r>
          </w:p>
        </w:tc>
      </w:tr>
      <w:tr>
        <w:tc>
          <w:tcPr>
            <w:tcW w:type="dxa" w:w="3024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Discount</w:t>
            </w:r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3024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Tax (8%)</w:t>
            </w:r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sz w:val="20"/>
              </w:rPr>
              <w:t>$82.40</w:t>
            </w:r>
          </w:p>
        </w:tc>
      </w:tr>
      <w:tr>
        <w:tc>
          <w:tcPr>
            <w:tcW w:type="dxa" w:w="3024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Shipping</w:t>
            </w:r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3024"/>
            <w:shd w:val="clear" w:color="auto" w:fill="F1F3F6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TOTAL</w:t>
            </w:r>
          </w:p>
        </w:tc>
        <w:tc>
          <w:tcPr>
            <w:tcW w:type="dxa" w:w="2016"/>
            <w:shd w:val="clear" w:color="auto" w:fill="F1F3F6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$1,112.46</w:t>
            </w:r>
          </w:p>
        </w:tc>
      </w:tr>
      <w:tr>
        <w:tc>
          <w:tcPr>
            <w:tcW w:type="dxa" w:w="3024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Amount paid</w:t>
            </w:r>
          </w:p>
        </w:tc>
        <w:tc>
          <w:tcPr>
            <w:tcW w:type="dxa" w:w="2016"/>
          </w:tcPr>
          <w:p>
            <w:pPr>
              <w:spacing w:after="0"/>
              <w:jc w:val="right"/>
            </w:pPr>
            <w:r/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3024"/>
            <w:shd w:val="clear" w:color="auto" w:fill="F1F3F6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BALANCE DUE</w:t>
            </w:r>
          </w:p>
        </w:tc>
        <w:tc>
          <w:tcPr>
            <w:tcW w:type="dxa" w:w="2016"/>
            <w:shd w:val="clear" w:color="auto" w:fill="F1F3F6"/>
          </w:tcPr>
          <w:p>
            <w:pPr>
              <w:spacing w:after="0"/>
              <w:jc w:val="right"/>
            </w:pPr>
            <w:r/>
            <w:r>
              <w:rPr>
                <w:b/>
                <w:sz w:val="20"/>
              </w:rPr>
              <w:t>$1,112.46</w:t>
            </w:r>
          </w:p>
        </w:tc>
      </w:tr>
    </w:tbl>
    <w:p/>
    <w:p>
      <w:r>
        <w:rPr>
          <w:b/>
          <w:color w:val="217346"/>
        </w:rPr>
        <w:t>PAYMENT TERMS &amp; INSTRUCTIONS</w:t>
      </w:r>
    </w:p>
    <w:p>
      <w:r>
        <w:t>Payment due within 30 days of the invoice date (Net 30). Please quote the invoice number with your payment.</w:t>
      </w:r>
    </w:p>
    <w:p>
      <w:r>
        <w:t>How to pay: bank transfer / card link / check payable to Your Business Name</w:t>
      </w:r>
    </w:p>
    <w:p>
      <w:pPr>
        <w:jc w:val="center"/>
      </w:pPr>
      <w:r>
        <w:t>Thank you for your business!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 Invoice Template</dc:title>
  <dc:subject/>
  <dc:creator>FreeInvoiceTemplates.org</dc:creator>
  <cp:keywords/>
  <dc:description>Free template from https://freeinvoicetemplates.org/templates/excel-invoice</dc:description>
  <cp:lastModifiedBy/>
  <cp:revision>1</cp:revision>
  <dcterms:created xsi:type="dcterms:W3CDTF">2026-10-04T12:00:00Z</dcterms:created>
  <dcterms:modified xsi:type="dcterms:W3CDTF">2026-10-04T12:00:00Z</dcterms:modified>
  <cp:category/>
</cp:coreProperties>
</file>